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jc w:val="center"/>
      </w:pPr>
      <w:r>
        <w:rPr>
          <w:rFonts w:ascii="Aptos Display" w:hAnsi="Aptos Display"/>
          <w:b/>
          <w:i w:val="0"/>
          <w:color w:val="000000"/>
          <w:sz w:val="44"/>
        </w:rPr>
        <w:t>Crispen Mills</w:t>
      </w:r>
    </w:p>
    <w:p>
      <w:pPr>
        <w:spacing w:after="40"/>
        <w:jc w:val="center"/>
      </w:pPr>
      <w:r>
        <w:rPr>
          <w:rFonts w:ascii="Aptos" w:hAnsi="Aptos"/>
          <w:b/>
          <w:i w:val="0"/>
          <w:color w:val="333333"/>
          <w:sz w:val="20"/>
        </w:rPr>
        <w:t>COSMETOLOGY EDUCATOR  |  MAKEUP AND LASH EDUCATOR</w:t>
      </w:r>
    </w:p>
    <w:p>
      <w:pPr>
        <w:spacing w:after="120"/>
        <w:jc w:val="center"/>
      </w:pPr>
      <w:r>
        <w:rPr>
          <w:rFonts w:ascii="Aptos" w:hAnsi="Aptos"/>
          <w:b w:val="0"/>
          <w:i w:val="0"/>
          <w:color w:val="333333"/>
          <w:sz w:val="18"/>
        </w:rPr>
        <w:t>9333 Park Blvd, Lot B22, Seminole, FL 33777  |  727-313-7299  |  crispenkelly@gmail.com</w:t>
      </w:r>
    </w:p>
    <w:p>
      <w:pPr>
        <w:pStyle w:val="Heading1"/>
        <w:keepNext/>
        <w:spacing w:before="140" w:after="60"/>
      </w:pPr>
      <w:r>
        <w:rPr>
          <w:rFonts w:ascii="Aptos Display" w:hAnsi="Aptos Display"/>
          <w:b/>
          <w:i w:val="0"/>
          <w:color w:val="000000"/>
          <w:sz w:val="21"/>
        </w:rPr>
        <w:t>PROFESSIONAL SUMMARY</w:t>
      </w:r>
    </w:p>
    <w:p>
      <w:pPr>
        <w:spacing w:after="60"/>
      </w:pPr>
      <w:r>
        <w:rPr>
          <w:rFonts w:ascii="Aptos" w:hAnsi="Aptos"/>
          <w:b w:val="0"/>
          <w:i w:val="0"/>
          <w:color w:val="000000"/>
          <w:sz w:val="19"/>
        </w:rPr>
        <w:t>Beauty-industry educator and licensed cosmetologist with 25 years of industry experience and more than 15 years focused on education and training. Experienced in leading classes of 30 to 35 students, teaching practical and theory-based cosmetology skills, and supporting learners with varied abilities and personalities. Brings strong classroom management, industry knowledge, leadership, and customer-service experience.</w:t>
      </w:r>
    </w:p>
    <w:p>
      <w:pPr>
        <w:pStyle w:val="Heading1"/>
        <w:keepNext/>
        <w:spacing w:before="140" w:after="60"/>
      </w:pPr>
      <w:r>
        <w:rPr>
          <w:rFonts w:ascii="Aptos Display" w:hAnsi="Aptos Display"/>
          <w:b/>
          <w:i w:val="0"/>
          <w:color w:val="000000"/>
          <w:sz w:val="21"/>
        </w:rPr>
        <w:t>PROFESSIONAL EXPERIENCE</w:t>
      </w:r>
    </w:p>
    <w:p>
      <w:pPr>
        <w:keepNext/>
        <w:tabs>
          <w:tab w:pos="9720" w:val="right"/>
        </w:tabs>
        <w:spacing w:before="50" w:after="0"/>
      </w:pPr>
      <w:r>
        <w:rPr>
          <w:rFonts w:ascii="Aptos" w:hAnsi="Aptos"/>
          <w:b/>
          <w:i w:val="0"/>
          <w:color w:val="000000"/>
          <w:sz w:val="20"/>
        </w:rPr>
        <w:t>Bene's Career Academy</w:t>
      </w:r>
      <w:r>
        <w:rPr>
          <w:rFonts w:ascii="Aptos" w:hAnsi="Aptos"/>
          <w:b/>
          <w:i w:val="0"/>
          <w:color w:val="333333"/>
          <w:sz w:val="19"/>
        </w:rPr>
        <w:tab/>
        <w:t>May 6 - Sep 20, 2026</w:t>
      </w:r>
    </w:p>
    <w:p>
      <w:pPr>
        <w:spacing w:after="40"/>
      </w:pPr>
      <w:r>
        <w:rPr>
          <w:rFonts w:ascii="Aptos" w:hAnsi="Aptos"/>
          <w:b w:val="0"/>
          <w:i/>
          <w:color w:val="333333"/>
          <w:sz w:val="19"/>
        </w:rPr>
        <w:t>Advanced Cosmetology Teacher</w:t>
      </w:r>
      <w:r>
        <w:rPr>
          <w:rFonts w:ascii="Aptos" w:hAnsi="Aptos"/>
          <w:b w:val="0"/>
          <w:i w:val="0"/>
          <w:color w:val="555555"/>
          <w:sz w:val="19"/>
        </w:rPr>
        <w:t xml:space="preserve">  |  New Port Richey, FL</w:t>
      </w:r>
    </w:p>
    <w:p>
      <w:pPr>
        <w:keepNext/>
        <w:tabs>
          <w:tab w:pos="9720" w:val="right"/>
        </w:tabs>
        <w:spacing w:before="50" w:after="0"/>
      </w:pPr>
      <w:r>
        <w:rPr>
          <w:rFonts w:ascii="Aptos" w:hAnsi="Aptos"/>
          <w:b/>
          <w:i w:val="0"/>
          <w:color w:val="000000"/>
          <w:sz w:val="20"/>
        </w:rPr>
        <w:t>Estée Lauder</w:t>
      </w:r>
      <w:r>
        <w:rPr>
          <w:rFonts w:ascii="Aptos" w:hAnsi="Aptos"/>
          <w:b/>
          <w:i w:val="0"/>
          <w:color w:val="333333"/>
          <w:sz w:val="19"/>
        </w:rPr>
        <w:tab/>
        <w:t>2025 - Present</w:t>
      </w:r>
    </w:p>
    <w:p>
      <w:pPr>
        <w:spacing w:after="40"/>
      </w:pPr>
      <w:r>
        <w:rPr>
          <w:rFonts w:ascii="Aptos" w:hAnsi="Aptos"/>
          <w:b w:val="0"/>
          <w:i/>
          <w:color w:val="333333"/>
          <w:sz w:val="19"/>
        </w:rPr>
        <w:t>Freelance Makeup Artist</w:t>
      </w:r>
    </w:p>
    <w:p>
      <w:pPr>
        <w:keepNext/>
        <w:tabs>
          <w:tab w:pos="9720" w:val="right"/>
        </w:tabs>
        <w:spacing w:before="50" w:after="0"/>
      </w:pPr>
      <w:r>
        <w:rPr>
          <w:rFonts w:ascii="Aptos" w:hAnsi="Aptos"/>
          <w:b/>
          <w:i w:val="0"/>
          <w:color w:val="000000"/>
          <w:sz w:val="20"/>
        </w:rPr>
        <w:t>Empire Beauty Schools</w:t>
      </w:r>
      <w:r>
        <w:rPr>
          <w:rFonts w:ascii="Aptos" w:hAnsi="Aptos"/>
          <w:b/>
          <w:i w:val="0"/>
          <w:color w:val="333333"/>
          <w:sz w:val="19"/>
        </w:rPr>
        <w:tab/>
        <w:t>2025 - 2026</w:t>
      </w:r>
    </w:p>
    <w:p>
      <w:pPr>
        <w:spacing w:after="40"/>
      </w:pPr>
      <w:r>
        <w:rPr>
          <w:rFonts w:ascii="Aptos" w:hAnsi="Aptos"/>
          <w:b w:val="0"/>
          <w:i/>
          <w:color w:val="333333"/>
          <w:sz w:val="19"/>
        </w:rPr>
        <w:t>Makeup and Lash Educator</w:t>
      </w:r>
    </w:p>
    <w:p>
      <w:pPr>
        <w:keepNext/>
        <w:tabs>
          <w:tab w:pos="9720" w:val="right"/>
        </w:tabs>
        <w:spacing w:before="50" w:after="0"/>
      </w:pPr>
      <w:r>
        <w:rPr>
          <w:rFonts w:ascii="Aptos" w:hAnsi="Aptos"/>
          <w:b/>
          <w:i w:val="0"/>
          <w:color w:val="000000"/>
          <w:sz w:val="20"/>
        </w:rPr>
        <w:t>Ulta</w:t>
      </w:r>
      <w:r>
        <w:rPr>
          <w:rFonts w:ascii="Aptos" w:hAnsi="Aptos"/>
          <w:b/>
          <w:i w:val="0"/>
          <w:color w:val="333333"/>
          <w:sz w:val="19"/>
        </w:rPr>
        <w:tab/>
        <w:t>2024 - 2025</w:t>
      </w:r>
    </w:p>
    <w:p>
      <w:pPr>
        <w:spacing w:after="40"/>
      </w:pPr>
      <w:r>
        <w:rPr>
          <w:rFonts w:ascii="Aptos" w:hAnsi="Aptos"/>
          <w:b w:val="0"/>
          <w:i/>
          <w:color w:val="333333"/>
          <w:sz w:val="19"/>
        </w:rPr>
        <w:t>Hairstylist</w:t>
      </w:r>
    </w:p>
    <w:p>
      <w:pPr>
        <w:keepNext/>
        <w:tabs>
          <w:tab w:pos="9720" w:val="right"/>
        </w:tabs>
        <w:spacing w:before="50" w:after="0"/>
      </w:pPr>
      <w:r>
        <w:rPr>
          <w:rFonts w:ascii="Aptos" w:hAnsi="Aptos"/>
          <w:b/>
          <w:i w:val="0"/>
          <w:color w:val="000000"/>
          <w:sz w:val="20"/>
        </w:rPr>
        <w:t>American Institute of Beauty</w:t>
      </w:r>
      <w:r>
        <w:rPr>
          <w:rFonts w:ascii="Aptos" w:hAnsi="Aptos"/>
          <w:b/>
          <w:i w:val="0"/>
          <w:color w:val="333333"/>
          <w:sz w:val="19"/>
        </w:rPr>
        <w:tab/>
        <w:t>2021 - 2023</w:t>
      </w:r>
    </w:p>
    <w:p>
      <w:pPr>
        <w:spacing w:after="40"/>
      </w:pPr>
      <w:r>
        <w:rPr>
          <w:rFonts w:ascii="Aptos" w:hAnsi="Aptos"/>
          <w:b w:val="0"/>
          <w:i/>
          <w:color w:val="333333"/>
          <w:sz w:val="19"/>
        </w:rPr>
        <w:t>Cosmetology Educator</w:t>
      </w:r>
    </w:p>
    <w:p>
      <w:pPr>
        <w:keepNext/>
        <w:tabs>
          <w:tab w:pos="9720" w:val="right"/>
        </w:tabs>
        <w:spacing w:before="50" w:after="0"/>
      </w:pPr>
      <w:r>
        <w:rPr>
          <w:rFonts w:ascii="Aptos" w:hAnsi="Aptos"/>
          <w:b/>
          <w:i w:val="0"/>
          <w:color w:val="000000"/>
          <w:sz w:val="20"/>
        </w:rPr>
        <w:t>Absolutely Beautiful Flowers</w:t>
      </w:r>
      <w:r>
        <w:rPr>
          <w:rFonts w:ascii="Aptos" w:hAnsi="Aptos"/>
          <w:b/>
          <w:i w:val="0"/>
          <w:color w:val="333333"/>
          <w:sz w:val="19"/>
        </w:rPr>
        <w:tab/>
        <w:t>2019 - 2021</w:t>
      </w:r>
    </w:p>
    <w:p>
      <w:pPr>
        <w:spacing w:after="40"/>
      </w:pPr>
      <w:r>
        <w:rPr>
          <w:rFonts w:ascii="Aptos" w:hAnsi="Aptos"/>
          <w:b w:val="0"/>
          <w:i/>
          <w:color w:val="333333"/>
          <w:sz w:val="19"/>
        </w:rPr>
        <w:t>Production Manager</w:t>
      </w:r>
    </w:p>
    <w:p>
      <w:pPr>
        <w:keepNext/>
        <w:tabs>
          <w:tab w:pos="9720" w:val="right"/>
        </w:tabs>
        <w:spacing w:before="50" w:after="0"/>
      </w:pPr>
      <w:r>
        <w:rPr>
          <w:rFonts w:ascii="Aptos" w:hAnsi="Aptos"/>
          <w:b/>
          <w:i w:val="0"/>
          <w:color w:val="000000"/>
          <w:sz w:val="20"/>
        </w:rPr>
        <w:t>Regency Beauty Institute</w:t>
      </w:r>
      <w:r>
        <w:rPr>
          <w:rFonts w:ascii="Aptos" w:hAnsi="Aptos"/>
          <w:b/>
          <w:i w:val="0"/>
          <w:color w:val="333333"/>
          <w:sz w:val="19"/>
        </w:rPr>
        <w:tab/>
        <w:t>2009 - 2013</w:t>
      </w:r>
    </w:p>
    <w:p>
      <w:pPr>
        <w:spacing w:after="40"/>
      </w:pPr>
      <w:r>
        <w:rPr>
          <w:rFonts w:ascii="Aptos" w:hAnsi="Aptos"/>
          <w:b w:val="0"/>
          <w:i/>
          <w:color w:val="333333"/>
          <w:sz w:val="19"/>
        </w:rPr>
        <w:t>Cosmetology Educator</w:t>
      </w:r>
    </w:p>
    <w:p>
      <w:pPr>
        <w:pStyle w:val="Heading1"/>
        <w:keepNext/>
        <w:spacing w:before="140" w:after="60"/>
      </w:pPr>
      <w:r>
        <w:rPr>
          <w:rFonts w:ascii="Aptos Display" w:hAnsi="Aptos Display"/>
          <w:b/>
          <w:i w:val="0"/>
          <w:color w:val="000000"/>
          <w:sz w:val="21"/>
        </w:rPr>
        <w:t>PROFESSIONAL SKILLS</w:t>
      </w:r>
    </w:p>
    <w:p>
      <w:pPr>
        <w:spacing w:after="40"/>
      </w:pPr>
      <w:r>
        <w:rPr>
          <w:rFonts w:ascii="Aptos" w:hAnsi="Aptos"/>
          <w:b w:val="0"/>
          <w:i w:val="0"/>
          <w:color w:val="000000"/>
          <w:sz w:val="18"/>
        </w:rPr>
        <w:t>Classroom Management  •  Curriculum Delivery  •  Makeup Artistry  •  Lash Education  •  Team Development  •  Customer Service  •  Organization  •  Time Management  •  Microsoft Office  •  Outlook  •  OneNote  •  Assumptive Selling</w:t>
      </w:r>
    </w:p>
    <w:p>
      <w:pPr>
        <w:pStyle w:val="Heading1"/>
        <w:keepNext/>
        <w:spacing w:before="140" w:after="60"/>
      </w:pPr>
      <w:r>
        <w:rPr>
          <w:rFonts w:ascii="Aptos Display" w:hAnsi="Aptos Display"/>
          <w:b/>
          <w:i w:val="0"/>
          <w:color w:val="000000"/>
          <w:sz w:val="21"/>
        </w:rPr>
        <w:t>EDUCATION</w:t>
      </w:r>
    </w:p>
    <w:p>
      <w:pPr>
        <w:tabs>
          <w:tab w:pos="9720" w:val="right"/>
        </w:tabs>
        <w:spacing w:before="20" w:after="0"/>
      </w:pPr>
      <w:r>
        <w:rPr>
          <w:rFonts w:ascii="Aptos" w:hAnsi="Aptos"/>
          <w:b/>
          <w:i w:val="0"/>
          <w:color w:val="000000"/>
          <w:sz w:val="19"/>
        </w:rPr>
        <w:t>Walden University</w:t>
      </w:r>
      <w:r>
        <w:rPr>
          <w:rFonts w:ascii="Aptos" w:hAnsi="Aptos"/>
          <w:b/>
          <w:i w:val="0"/>
          <w:color w:val="333333"/>
          <w:sz w:val="18"/>
        </w:rPr>
        <w:tab/>
        <w:t>2011</w:t>
      </w:r>
    </w:p>
    <w:p>
      <w:pPr>
        <w:spacing w:after="30"/>
      </w:pPr>
      <w:r>
        <w:rPr>
          <w:rFonts w:ascii="Aptos" w:hAnsi="Aptos"/>
          <w:b w:val="0"/>
          <w:i w:val="0"/>
          <w:color w:val="444444"/>
          <w:sz w:val="18"/>
        </w:rPr>
        <w:t>Curriculum Design and Adult Education  |  Minneapolis, MN</w:t>
      </w:r>
    </w:p>
    <w:p>
      <w:pPr>
        <w:tabs>
          <w:tab w:pos="9720" w:val="right"/>
        </w:tabs>
        <w:spacing w:before="20" w:after="0"/>
      </w:pPr>
      <w:r>
        <w:rPr>
          <w:rFonts w:ascii="Aptos" w:hAnsi="Aptos"/>
          <w:b/>
          <w:i w:val="0"/>
          <w:color w:val="000000"/>
          <w:sz w:val="19"/>
        </w:rPr>
        <w:t>Southeast Center for Photographic Studies</w:t>
      </w:r>
      <w:r>
        <w:rPr>
          <w:rFonts w:ascii="Aptos" w:hAnsi="Aptos"/>
          <w:b/>
          <w:i w:val="0"/>
          <w:color w:val="333333"/>
          <w:sz w:val="18"/>
        </w:rPr>
        <w:tab/>
        <w:t>2009</w:t>
      </w:r>
    </w:p>
    <w:p>
      <w:pPr>
        <w:spacing w:after="30"/>
      </w:pPr>
      <w:r>
        <w:rPr>
          <w:rFonts w:ascii="Aptos" w:hAnsi="Aptos"/>
          <w:b w:val="0"/>
          <w:i w:val="0"/>
          <w:color w:val="444444"/>
          <w:sz w:val="18"/>
        </w:rPr>
        <w:t>Photography  |  Daytona Beach, FL</w:t>
      </w:r>
    </w:p>
    <w:p>
      <w:pPr>
        <w:tabs>
          <w:tab w:pos="9720" w:val="right"/>
        </w:tabs>
        <w:spacing w:before="20" w:after="0"/>
      </w:pPr>
      <w:r>
        <w:rPr>
          <w:rFonts w:ascii="Aptos" w:hAnsi="Aptos"/>
          <w:b/>
          <w:i w:val="0"/>
          <w:color w:val="000000"/>
          <w:sz w:val="19"/>
        </w:rPr>
        <w:t>Aveda Institute</w:t>
      </w:r>
      <w:r>
        <w:rPr>
          <w:rFonts w:ascii="Aptos" w:hAnsi="Aptos"/>
          <w:b/>
          <w:i w:val="0"/>
          <w:color w:val="333333"/>
          <w:sz w:val="18"/>
        </w:rPr>
        <w:tab/>
        <w:t>2006</w:t>
      </w:r>
    </w:p>
    <w:p>
      <w:pPr>
        <w:spacing w:after="30"/>
      </w:pPr>
      <w:r>
        <w:rPr>
          <w:rFonts w:ascii="Aptos" w:hAnsi="Aptos"/>
          <w:b w:val="0"/>
          <w:i w:val="0"/>
          <w:color w:val="444444"/>
          <w:sz w:val="18"/>
        </w:rPr>
        <w:t>Cosmetology Studies  |  New York, NY</w:t>
      </w:r>
    </w:p>
    <w:p>
      <w:pPr>
        <w:tabs>
          <w:tab w:pos="9720" w:val="right"/>
        </w:tabs>
        <w:spacing w:before="20" w:after="0"/>
      </w:pPr>
      <w:r>
        <w:rPr>
          <w:rFonts w:ascii="Aptos" w:hAnsi="Aptos"/>
          <w:b/>
          <w:i w:val="0"/>
          <w:color w:val="000000"/>
          <w:sz w:val="19"/>
        </w:rPr>
        <w:t>New Smyrna Beach High School</w:t>
      </w:r>
      <w:r>
        <w:rPr>
          <w:rFonts w:ascii="Aptos" w:hAnsi="Aptos"/>
          <w:b/>
          <w:i w:val="0"/>
          <w:color w:val="333333"/>
          <w:sz w:val="18"/>
        </w:rPr>
        <w:tab/>
        <w:t>1997</w:t>
      </w:r>
    </w:p>
    <w:p>
      <w:pPr>
        <w:spacing w:after="30"/>
      </w:pPr>
      <w:r>
        <w:rPr>
          <w:rFonts w:ascii="Aptos" w:hAnsi="Aptos"/>
          <w:b w:val="0"/>
          <w:i w:val="0"/>
          <w:color w:val="444444"/>
          <w:sz w:val="18"/>
        </w:rPr>
        <w:t>High School Diploma  |  New Smyrna Beach, FL</w:t>
      </w:r>
    </w:p>
    <w:p>
      <w:pPr>
        <w:pStyle w:val="Heading1"/>
        <w:keepNext/>
        <w:spacing w:before="140" w:after="60"/>
      </w:pPr>
      <w:r>
        <w:rPr>
          <w:rFonts w:ascii="Aptos Display" w:hAnsi="Aptos Display"/>
          <w:b/>
          <w:i w:val="0"/>
          <w:color w:val="000000"/>
          <w:sz w:val="21"/>
        </w:rPr>
        <w:t>PROFESSIONAL LICENSES</w:t>
      </w:r>
    </w:p>
    <w:p>
      <w:pPr>
        <w:spacing w:after="20"/>
      </w:pPr>
      <w:r>
        <w:rPr>
          <w:rFonts w:ascii="Aptos" w:hAnsi="Aptos"/>
          <w:b/>
          <w:i w:val="0"/>
          <w:color w:val="000000"/>
          <w:sz w:val="19"/>
        </w:rPr>
        <w:t>Florida Cosmetology License</w:t>
      </w:r>
      <w:r>
        <w:rPr>
          <w:rFonts w:ascii="Aptos" w:hAnsi="Aptos"/>
          <w:b w:val="0"/>
          <w:i w:val="0"/>
          <w:color w:val="333333"/>
          <w:sz w:val="19"/>
        </w:rPr>
        <w:t xml:space="preserve">  |  Expires 10/2026</w:t>
      </w:r>
    </w:p>
    <w:p>
      <w:pPr>
        <w:spacing w:after="0"/>
      </w:pPr>
      <w:r>
        <w:rPr>
          <w:rFonts w:ascii="Aptos" w:hAnsi="Aptos"/>
          <w:b/>
          <w:i w:val="0"/>
          <w:color w:val="000000"/>
          <w:sz w:val="19"/>
        </w:rPr>
        <w:t>New Hampshire Cosmetology License</w:t>
      </w:r>
      <w:r>
        <w:rPr>
          <w:rFonts w:ascii="Aptos" w:hAnsi="Aptos"/>
          <w:b w:val="0"/>
          <w:i w:val="0"/>
          <w:color w:val="333333"/>
          <w:sz w:val="19"/>
        </w:rPr>
        <w:t xml:space="preserve">  |  Expires 09/2027</w:t>
      </w:r>
    </w:p>
    <w:sectPr w:rsidR="00FC693F" w:rsidRPr="0006063C" w:rsidSect="00034616">
      <w:pgSz w:w="12240" w:h="15840"/>
      <w:pgMar w:top="677" w:right="1037" w:bottom="677"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ptos" w:hAnsi="Apto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Crispen Mills Professional Resume</dc:title>
  <dc:subject>Cosmetology education and makeup artistry resume</dc:subject>
  <dc:creator>Crispen Mills</dc:creator>
  <cp:keywords/>
  <dc:description>generated by python-docx</dc:description>
  <cp:lastModifiedBy/>
  <cp:revision>1</cp:revision>
  <dcterms:created xsi:type="dcterms:W3CDTF">2013-12-23T23:15:00Z</dcterms:created>
  <dcterms:modified xsi:type="dcterms:W3CDTF">2013-12-23T23:15:00Z</dcterms:modified>
  <cp:category/>
</cp:coreProperties>
</file>